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הביתה - מיתולוגיה, אודיסאה ואיתקה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מיתוסים יווניים נבחרים ואת המסרים שהם מעבירים על טבע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ההכרה בין פנלופה לאודיסאוס בשיר כ״ג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לפרש את שיר ״איתקה״ של קוואפיס ואת הרעיון שהדרך חשובה מהיעד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מיתוסים יווניים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מרד והקרבה למען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כל מה שהוא נוגע בו הופך לזהב, כולל אוכל ואנשים יקרים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חשיבות הציות לעצות ואי הפרזה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השתקפות עצמו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אובידיוס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האודיסיאה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ברקע לשיר כ״ג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מגלה ספקנות ולא ממהרת להאמין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בתקציר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פרט מרכזי בעלילת שיר כ״ג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מדובר בעשרים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נרקיס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פנלופה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דמות ותכונה או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(גנב אש מהאלים למען בני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(חמדנות שהביאה לקללה)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(טס קרוב מדי לשמש)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(התאהב בבבואתו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(פיסל אישה והתאהב ביצירתו)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(חיכתה בנאמנות עשרים שנה)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שיר כ״ג באודיסיאה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אודיסאוס חוזר לביתו אחרי שנים רבות 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האומנת מבשרת לפנלופה שבעלה חזר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פנלופה מגלה ספק ולא ממהרת להאמין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פנלופה עורכת את מבחן המיטה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השניים מכירים זה את זה ומתאחדים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שפנלופה זהירה וחכמה, חששה מרמאות, ולכן בחרה לבדוק באמצעות מבחן שרק אודיסאוס האמיתי יוכל לעבור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לרעיון מסע מול יעד, עם דוגמה אישית רלוונטית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תזהה תכונה אנושית אחת ותסביר כיצד המיתוס הנבחר ממחיש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 של מיתוס כסיפור שמסביר תופעה או ערך אנושי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הזכרת מבחן המיטה כדרך ההכרה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הדגשת חשיבות הדרך/המסע ולא רק ההגעה ליעד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מיתוסים מוכרים מהתרבות הפופולרית לפני המעבר לטקסטים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קטעים נבחרים מתרגום טשרניחובסקי כדי להמחיש את הסגנון הפיוטי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שיתוף בעל פה לפני הכתיבה כדי לעודד חשיבה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הביתה - מיתולוגיה, אודיסאה ואיתקה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נעסוק במיתוסים יווניים עתיקים, בקטע מתוך האודיסיאה של הומרוס על שובו של אודיסאוס אל פנלופה, ובשיר ״איתקה״ של קוואפיס העוסק במסע החיים.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מיתוסים יווניים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מסמל סיפור פרומתאוס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מרד והקרבה למען בני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חמדנות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יופי חיצוני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הבעיה של המלך מידאס?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אוהב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מה שהוא נוגע בו הופך לזהב, כולל אוכל ואנשים יקרים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מאבד את קולו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בונה כנפיים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לימד מיתוס דדלוס ואיקרוס?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חשיבות הציות לעצות ואי הפרזה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בונים ספינות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 חשוב לטוס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מנצחים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נרקיס במיתוס מתאהב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 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השתקפות עצמו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פנלופה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כתב את ״מטמורפוזות״, שבו רבים מהמיתוסים מופיעים?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הומרוס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אובידיוס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קוואפיס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סופוקלס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האודיסיאה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אודיסאוס חוזר הביתה אחרי מלחמת טרויה ומסעות ארוכים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פנלופה מאמינה מיד שהאיש שחזר הוא בעלה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האומנת היא זו שמבשרת לפנלופה על שובו של אודיסאוס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מבחן המיטה הוא הדרך שבה פנלופה בודקת אם זה באמת אודיסאוס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אודיסאוס נעדר מביתו כעשר שנים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פרומתאוס גנב את ה__________ מהאלים ונתן אותה לבני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מידאס קיבל את היכולת להפוך כל דבר שהוא נוגע בו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נרקיס התאהב בהשתקפות עצמו במים עד שהפך לפרח הנקרא על שמו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אודיסאוס נעדר מביתו במשך __________ 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בשיר ״איתקה״ קוואפיס טוען שחשובה יותר ה__________ מאשר היעד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אשתו של אודיסאוס, שחיכתה לו בנאמנות,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דמות ותכונה או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פרומתאוס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חיכתה בנאמנות עשרים 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מידאס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טס קרוב מדי לשמש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איקרוס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התאהב בבבואתו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גנב אש מהאלים למען בני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פיגמליון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חמדנות שהביאה לקללה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פנלופה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פיסל אישה והתאהב ביצירתו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שיר כ״ג באודיסיאה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השניים מכירים זה את זה ומתאחדים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אודיסאוס חוזר לביתו אחרי שנים רבות 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האומנת מבשרת לפנלופה שבעלה חזר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פנלופה מגלה ספק ולא ממהרת להאמין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פנלופה עורכת את מבחן המיטה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פנלופה לא ממהרת להאמין שהאיש שחזר הוא אכן אודיסאוס? נמקו בעזרת מה שלמדתם על דמותה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בשיר ״איתקה״ נטען שהדרך חשובה מהיעד. הביעו דעתכם: האם אתם מסכימים? תנו דוגמה מחייכם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אחד מהמיתוסים שנלמדו וכתבו מהו המסר שהוא מעביר על טבע האדם (למשל חמדנות, יהירות, אהבה עצמית)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מיתוס ומה הוא בא ללמד אותנו?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פנלופה מזהה שהאיש שחזר הוא באמת אודיסאוס?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הרעיון המרכזי בשיר ״איתקה״ לגבי מסע ויעד?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המסע הביתה - מיתולוגיה, אודיסאה ואיתקה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