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הביתה - מיתולוגיה, אודיסאה ואיתקה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מיתוסים יווניים נבחרים ואת המסרים שהם מעבירים על טבע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ההכרה בין פנלופה לאודיסאוס בשיר כ״ג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את שיר ״איתקה״ של קוואפיס ואת הרעיון שהדרך חשובה מהיעד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מיתוסים יווניים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מרד והקרבה למען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חשיבות הציות לעצות ואי הפרזה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האודיסיאה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ברקע לשיר כ״ג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מגלה ספקנות ולא ממהרת להאמין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בתקציר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עשרים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דמות ותכונה או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(גנב אש מהאלים למען בני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(חמדנות שהביאה לקללה)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(טס קרוב מדי לשמש)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(התאהב בבבואתו שלו)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שיר כ״ג באודיסיאה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אודיסאוס חוזר לביתו אחרי שנים רבות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האומנת מבשרת לפנלופה שבעלה 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פנלופה מגלה ספק ולא ממהרת להאמין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פנלופה עורכת את מבחן המיטה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שפנלופה זהירה וחכמה, חששה מרמאות, ולכן בחרה לבדוק באמצעות מבחן שרק אודיסאוס האמיתי יוכל לעבור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תזהה תכונה אנושית אחת ותסביר כיצד המיתוס הנבחר ממחיש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מיתוס כסיפור שמסביר תופעה או ערך אנושי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הזכרת מבחן המיטה כדרך ההכרה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הדגשת חשיבות הדרך/המסע ולא רק ההגעה ליעד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מיתוסים מוכרים מהתרבות הפופולרית לפני המעבר לטקסטים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קטעים נבחרים מתרגום טשרניחובסקי כדי להמחיש את הסגנון הפיוטי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בעל פה לפני הכתיבה כדי לעודד חשיבה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הביתה - מיתולוגיה, אודיסאה ואיתקה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נעסוק במיתוסים יווניים עתיקים, בקטע מתוך האודיסיאה של הומרוס על שובו של אודיסאוס אל פנלופה, ובשיר ״איתקה״ של קוואפיס העוסק במסע החיים.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זהב  ·  עשרים  ·  אש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מיתוסים יווניים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מסמל סיפור פרומתאוס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אהבה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מרד והקרבה למען 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חמדנות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לימד מיתוס דדלוס ואיקרוס?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חשיבות הציות לעצות ואי הפרזה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איך בונים ספינות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למה חשוב לטוס גבוה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האודיסיאה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אודיסאוס חוזר הביתה אחרי מלחמת טרויה ומסעות ארוכים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פנלופה מאמינה מיד שהאיש שחזר הוא בעלה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האומנת היא זו שמבשרת לפנלופה על שובו של אודיסאוס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פרומתאוס גנב את ה__________ מהאלים ונתן אותה לבני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מידאס קיבל את היכולת להפוך כל דבר שהוא נוגע בו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אודיסאוס נעדר מביתו במשך __________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דמות ותכונה או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חמדנות שהביאה לקללה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מידאס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גנב אש מהאלים למען 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איקרוס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התאהב בבבואתו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טס קרוב מדי לשמש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שיר כ״ג באודיסיאה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פנלופה עורכת את מבחן המיטה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פנלופה מגלה ספק ולא ממהרת להאמין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האומנת מבשרת לפנלופה שבעלה חזר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אודיסאוס חוזר לביתו אחרי שנים רבות 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לדעתכם פנלופה לא ממהרת להאמין שהאיש שחזר הוא אכן אודיסאוס? נמקו בעזרת מה שלמדתם על דמותה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אחד מהמיתוסים שנלמדו וכתבו מהו המסר שהוא מעביר על טבע האדם (למשל חמדנות, יהירות, אהבה עצמית)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מיתוס ומה הוא בא ללמד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כיצד פנלופה מזהה שהאיש שחזר הוא באמת אודיסאוס?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המסע הביתה - מיתולוגיה, אודיסאה ואיתקה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